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E8C" w:rsidRDefault="002E3A06">
      <w:pPr>
        <w:pStyle w:val="Title"/>
        <w:pBdr>
          <w:bottom w:val="single" w:sz="8" w:space="2" w:color="E0E0E0"/>
        </w:pBdr>
        <w:spacing w:after="0"/>
        <w:jc w:val="center"/>
      </w:pPr>
      <w:bookmarkStart w:id="0" w:name="_GoBack"/>
      <w:bookmarkEnd w:id="0"/>
      <w:r>
        <w:rPr>
          <w:rFonts w:ascii="Arial" w:eastAsia="Arial" w:hAnsi="Arial" w:cs="Arial"/>
          <w:color w:val="000000"/>
          <w:sz w:val="36"/>
        </w:rPr>
        <w:t>Credit Card Tracker</w:t>
      </w:r>
    </w:p>
    <w:p w:rsidR="00CC0E8C" w:rsidRDefault="002E3A06">
      <w:pPr>
        <w:pStyle w:val="Heading1"/>
        <w:pBdr>
          <w:bottom w:val="single" w:sz="8" w:space="2" w:color="E0E0E0"/>
        </w:pBdr>
        <w:jc w:val="center"/>
      </w:pPr>
      <w:r>
        <w:rPr>
          <w:rFonts w:ascii="Arial" w:eastAsia="Arial" w:hAnsi="Arial" w:cs="Arial"/>
          <w:b w:val="0"/>
          <w:color w:val="000000"/>
          <w:sz w:val="24"/>
        </w:rPr>
        <w:t>Monthly Spending &amp; Payment Log</w:t>
      </w:r>
    </w:p>
    <w:p w:rsidR="00CC0E8C" w:rsidRDefault="002E3A06">
      <w:pPr>
        <w:pBdr>
          <w:bottom w:val="single" w:sz="8" w:space="2" w:color="E0E0E0"/>
        </w:pBdr>
        <w:spacing w:after="0"/>
      </w:pPr>
      <w:r>
        <w:rPr>
          <w:b/>
          <w:color w:val="000000"/>
          <w:sz w:val="28"/>
        </w:rPr>
        <w:t>Monthly Credit Card Tracker</w:t>
      </w:r>
    </w:p>
    <w:p w:rsidR="00CC0E8C" w:rsidRDefault="002E3A06">
      <w:pPr>
        <w:spacing w:after="0"/>
        <w:jc w:val="center"/>
      </w:pPr>
      <w:r>
        <w:rPr>
          <w:b/>
          <w:color w:val="000000"/>
          <w:sz w:val="24"/>
        </w:rPr>
        <w:t>Month: _____________ Year: 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 w:rsidR="00CC0E8C"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Date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Card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Description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Purchase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Payment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Balance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Notes</w:t>
            </w:r>
          </w:p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01/___/___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02/___/___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03/___/___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04/___/___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05/___/___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06/___/___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07/___/___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08/___/___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09/___/___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10/___/___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11/___/___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12/___/___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13/___/___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14/___/___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15/___/___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16/___/___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17/___/___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18/___/___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19/___/___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20/___/___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21/___/___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22/___/___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23/___/___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24/___/___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25/___/___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26/___/___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27/___/___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28/___/___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29/___/___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30/___/___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31/___/___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</w:tr>
    </w:tbl>
    <w:tbl>
      <w:tblPr>
        <w:tblW w:w="0" w:type="auto"/>
        <w:tblBorders>
          <w:top w:val="single" w:sz="1" w:space="0" w:color="FFFFFF" w:themeColor="background1" w:themeTint="00"/>
          <w:left w:val="single" w:sz="1" w:space="0" w:color="FFFFFF" w:themeColor="background1" w:themeTint="00"/>
          <w:bottom w:val="single" w:sz="1" w:space="0" w:color="FFFFFF" w:themeColor="background1" w:themeTint="00"/>
          <w:right w:val="single" w:sz="1" w:space="0" w:color="FFFFFF" w:themeColor="background1" w:themeTint="00"/>
          <w:insideH w:val="single" w:sz="1" w:space="0" w:color="FFFFFF" w:themeColor="background1" w:themeTint="00"/>
          <w:insideV w:val="single" w:sz="1" w:space="0" w:color="FFFFFF" w:themeColor="background1" w:themeTint="00"/>
        </w:tblBorders>
        <w:shd w:val="clear" w:color="auto" w:fill="F9F9F9"/>
        <w:tblLayout w:type="fixed"/>
        <w:tblLook w:val="00A0" w:firstRow="1" w:lastRow="0" w:firstColumn="1" w:lastColumn="0" w:noHBand="0" w:noVBand="0"/>
      </w:tblPr>
      <w:tblGrid>
        <w:gridCol w:w="5400"/>
        <w:gridCol w:w="5400"/>
      </w:tblGrid>
      <w:tr w:rsidR="00CC0E8C"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Total Purchases:</w:t>
            </w:r>
          </w:p>
        </w:tc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$ _____________</w:t>
            </w:r>
          </w:p>
        </w:tc>
      </w:tr>
      <w:tr w:rsidR="00CC0E8C"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Total Payments:</w:t>
            </w:r>
          </w:p>
        </w:tc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$ _____________</w:t>
            </w:r>
          </w:p>
        </w:tc>
      </w:tr>
      <w:tr w:rsidR="00CC0E8C"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Month-End Balance:</w:t>
            </w:r>
          </w:p>
        </w:tc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$ _____________</w:t>
            </w:r>
          </w:p>
        </w:tc>
      </w:tr>
    </w:tbl>
    <w:p w:rsidR="00CC0E8C" w:rsidRDefault="00CC0E8C"/>
    <w:p w:rsidR="00CC0E8C" w:rsidRDefault="002E3A06">
      <w:pPr>
        <w:pBdr>
          <w:bottom w:val="single" w:sz="8" w:space="2" w:color="E0E0E0"/>
        </w:pBdr>
        <w:spacing w:after="0"/>
      </w:pPr>
      <w:r>
        <w:rPr>
          <w:b/>
          <w:color w:val="000000"/>
          <w:sz w:val="28"/>
        </w:rPr>
        <w:t>Transaction Log - Detailed Records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8"/>
        <w:gridCol w:w="1475"/>
        <w:gridCol w:w="2057"/>
        <w:gridCol w:w="1495"/>
        <w:gridCol w:w="1503"/>
        <w:gridCol w:w="1486"/>
        <w:gridCol w:w="1482"/>
      </w:tblGrid>
      <w:tr w:rsidR="00CC0E8C"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Date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Card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Merchant/Description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Amount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Category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Status</w:t>
            </w:r>
          </w:p>
        </w:tc>
        <w:tc>
          <w:tcPr>
            <w:tcW w:w="1543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Notes</w:t>
            </w:r>
          </w:p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lastRenderedPageBreak/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  <w:tr w:rsidR="00CC0E8C"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  <w:tc>
          <w:tcPr>
            <w:tcW w:w="1543" w:type="dxa"/>
          </w:tcPr>
          <w:p w:rsidR="00CC0E8C" w:rsidRDefault="00CC0E8C"/>
        </w:tc>
      </w:tr>
    </w:tbl>
    <w:p w:rsidR="00CC0E8C" w:rsidRDefault="00CC0E8C"/>
    <w:p w:rsidR="00CC0E8C" w:rsidRDefault="002E3A06">
      <w:pPr>
        <w:pBdr>
          <w:bottom w:val="single" w:sz="8" w:space="2" w:color="E0E0E0"/>
        </w:pBdr>
        <w:spacing w:after="0"/>
      </w:pPr>
      <w:r>
        <w:rPr>
          <w:b/>
          <w:color w:val="000000"/>
          <w:sz w:val="28"/>
        </w:rPr>
        <w:t>Payment Planner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0"/>
        <w:gridCol w:w="1800"/>
        <w:gridCol w:w="1800"/>
      </w:tblGrid>
      <w:tr w:rsidR="00CC0E8C">
        <w:tc>
          <w:tcPr>
            <w:tcW w:w="1800" w:type="dxa"/>
            <w:shd w:val="clear" w:color="auto" w:fill="E0E0E0"/>
          </w:tcPr>
          <w:p w:rsidR="00CC0E8C" w:rsidRDefault="002E3A06">
            <w:r>
              <w:rPr>
                <w:b/>
                <w:color w:val="000000"/>
                <w:sz w:val="18"/>
              </w:rPr>
              <w:t>Credit Card</w:t>
            </w:r>
          </w:p>
        </w:tc>
        <w:tc>
          <w:tcPr>
            <w:tcW w:w="1800" w:type="dxa"/>
            <w:shd w:val="clear" w:color="auto" w:fill="E0E0E0"/>
          </w:tcPr>
          <w:p w:rsidR="00CC0E8C" w:rsidRDefault="002E3A06">
            <w:r>
              <w:rPr>
                <w:b/>
                <w:color w:val="000000"/>
                <w:sz w:val="18"/>
              </w:rPr>
              <w:t>Current Balance</w:t>
            </w:r>
          </w:p>
        </w:tc>
        <w:tc>
          <w:tcPr>
            <w:tcW w:w="1800" w:type="dxa"/>
            <w:shd w:val="clear" w:color="auto" w:fill="E0E0E0"/>
          </w:tcPr>
          <w:p w:rsidR="00CC0E8C" w:rsidRDefault="002E3A06">
            <w:r>
              <w:rPr>
                <w:b/>
                <w:color w:val="000000"/>
                <w:sz w:val="18"/>
              </w:rPr>
              <w:t>Minimum Payment</w:t>
            </w:r>
          </w:p>
        </w:tc>
        <w:tc>
          <w:tcPr>
            <w:tcW w:w="1800" w:type="dxa"/>
            <w:shd w:val="clear" w:color="auto" w:fill="E0E0E0"/>
          </w:tcPr>
          <w:p w:rsidR="00CC0E8C" w:rsidRDefault="002E3A06">
            <w:r>
              <w:rPr>
                <w:b/>
                <w:color w:val="000000"/>
                <w:sz w:val="18"/>
              </w:rPr>
              <w:t>Due Date</w:t>
            </w:r>
          </w:p>
        </w:tc>
        <w:tc>
          <w:tcPr>
            <w:tcW w:w="1800" w:type="dxa"/>
            <w:shd w:val="clear" w:color="auto" w:fill="E0E0E0"/>
          </w:tcPr>
          <w:p w:rsidR="00CC0E8C" w:rsidRDefault="002E3A06">
            <w:r>
              <w:rPr>
                <w:b/>
                <w:color w:val="000000"/>
                <w:sz w:val="18"/>
              </w:rPr>
              <w:t>Planned Payment</w:t>
            </w:r>
          </w:p>
        </w:tc>
        <w:tc>
          <w:tcPr>
            <w:tcW w:w="1800" w:type="dxa"/>
            <w:shd w:val="clear" w:color="auto" w:fill="E0E0E0"/>
          </w:tcPr>
          <w:p w:rsidR="00CC0E8C" w:rsidRDefault="002E3A06">
            <w:r>
              <w:rPr>
                <w:b/>
                <w:color w:val="000000"/>
                <w:sz w:val="18"/>
              </w:rPr>
              <w:t>Notes</w:t>
            </w:r>
          </w:p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___/___/___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CC0E8C"/>
        </w:tc>
      </w:tr>
    </w:tbl>
    <w:tbl>
      <w:tblPr>
        <w:tblW w:w="0" w:type="auto"/>
        <w:tblBorders>
          <w:top w:val="single" w:sz="1" w:space="0" w:color="FFFFFF" w:themeColor="background1" w:themeTint="00"/>
          <w:left w:val="single" w:sz="1" w:space="0" w:color="FFFFFF" w:themeColor="background1" w:themeTint="00"/>
          <w:bottom w:val="single" w:sz="1" w:space="0" w:color="FFFFFF" w:themeColor="background1" w:themeTint="00"/>
          <w:right w:val="single" w:sz="1" w:space="0" w:color="FFFFFF" w:themeColor="background1" w:themeTint="00"/>
          <w:insideH w:val="single" w:sz="1" w:space="0" w:color="FFFFFF" w:themeColor="background1" w:themeTint="00"/>
          <w:insideV w:val="single" w:sz="1" w:space="0" w:color="FFFFFF" w:themeColor="background1" w:themeTint="00"/>
        </w:tblBorders>
        <w:shd w:val="clear" w:color="auto" w:fill="F9F9F9"/>
        <w:tblLayout w:type="fixed"/>
        <w:tblLook w:val="00A0" w:firstRow="1" w:lastRow="0" w:firstColumn="1" w:lastColumn="0" w:noHBand="0" w:noVBand="0"/>
      </w:tblPr>
      <w:tblGrid>
        <w:gridCol w:w="5400"/>
        <w:gridCol w:w="5400"/>
      </w:tblGrid>
      <w:tr w:rsidR="00CC0E8C"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Total Current Balances:</w:t>
            </w:r>
          </w:p>
        </w:tc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$ _____________</w:t>
            </w:r>
          </w:p>
        </w:tc>
      </w:tr>
      <w:tr w:rsidR="00CC0E8C"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Total Minimum Payments:</w:t>
            </w:r>
          </w:p>
        </w:tc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$ _____________</w:t>
            </w:r>
          </w:p>
        </w:tc>
      </w:tr>
      <w:tr w:rsidR="00CC0E8C"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Total Planned Payments:</w:t>
            </w:r>
          </w:p>
        </w:tc>
        <w:tc>
          <w:tcPr>
            <w:tcW w:w="5400" w:type="dxa"/>
            <w:tcBorders>
              <w:top w:val="single" w:sz="1" w:space="0" w:color="FFFFFF" w:themeColor="background1" w:themeTint="00"/>
              <w:left w:val="single" w:sz="1" w:space="0" w:color="FFFFFF" w:themeColor="background1" w:themeTint="00"/>
              <w:bottom w:val="single" w:sz="1" w:space="0" w:color="FFFFFF" w:themeColor="background1" w:themeTint="00"/>
              <w:right w:val="single" w:sz="1" w:space="0" w:color="FFFFFF" w:themeColor="background1" w:themeTint="00"/>
            </w:tcBorders>
            <w:shd w:val="clear" w:color="auto" w:fill="F9F9F9"/>
          </w:tcPr>
          <w:p w:rsidR="00CC0E8C" w:rsidRDefault="002E3A06">
            <w:pPr>
              <w:shd w:val="clear" w:color="auto" w:fill="F9F9F9"/>
              <w:spacing w:after="0"/>
            </w:pPr>
            <w:r>
              <w:rPr>
                <w:b/>
                <w:color w:val="000000"/>
                <w:sz w:val="20"/>
              </w:rPr>
              <w:t>$ _____________</w:t>
            </w:r>
          </w:p>
        </w:tc>
      </w:tr>
    </w:tbl>
    <w:p w:rsidR="00CC0E8C" w:rsidRDefault="002E3A06">
      <w:pPr>
        <w:pBdr>
          <w:bottom w:val="single" w:sz="8" w:space="2" w:color="E0E0E0"/>
        </w:pBdr>
        <w:spacing w:after="0"/>
      </w:pPr>
      <w:r>
        <w:rPr>
          <w:b/>
          <w:color w:val="000000"/>
          <w:sz w:val="28"/>
        </w:rPr>
        <w:t>Credit Card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0"/>
        <w:gridCol w:w="1800"/>
        <w:gridCol w:w="1800"/>
      </w:tblGrid>
      <w:tr w:rsidR="00CC0E8C">
        <w:tc>
          <w:tcPr>
            <w:tcW w:w="1800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Card Name</w:t>
            </w:r>
          </w:p>
        </w:tc>
        <w:tc>
          <w:tcPr>
            <w:tcW w:w="1800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Credit Limit</w:t>
            </w:r>
          </w:p>
        </w:tc>
        <w:tc>
          <w:tcPr>
            <w:tcW w:w="1800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APR</w:t>
            </w:r>
          </w:p>
        </w:tc>
        <w:tc>
          <w:tcPr>
            <w:tcW w:w="1800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Last 4 Digits</w:t>
            </w:r>
          </w:p>
        </w:tc>
        <w:tc>
          <w:tcPr>
            <w:tcW w:w="1800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Exp Date</w:t>
            </w:r>
          </w:p>
        </w:tc>
        <w:tc>
          <w:tcPr>
            <w:tcW w:w="1800" w:type="dxa"/>
            <w:shd w:val="clear" w:color="auto" w:fill="F0F0F0"/>
          </w:tcPr>
          <w:p w:rsidR="00CC0E8C" w:rsidRDefault="002E3A06">
            <w:r>
              <w:rPr>
                <w:b/>
                <w:color w:val="000000"/>
                <w:sz w:val="18"/>
              </w:rPr>
              <w:t>Rewards/Benefits</w:t>
            </w:r>
          </w:p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%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****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%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****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%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****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%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****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%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****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</w:t>
            </w:r>
          </w:p>
        </w:tc>
        <w:tc>
          <w:tcPr>
            <w:tcW w:w="1800" w:type="dxa"/>
          </w:tcPr>
          <w:p w:rsidR="00CC0E8C" w:rsidRDefault="00CC0E8C"/>
        </w:tc>
      </w:tr>
      <w:tr w:rsidR="00CC0E8C">
        <w:tc>
          <w:tcPr>
            <w:tcW w:w="1800" w:type="dxa"/>
          </w:tcPr>
          <w:p w:rsidR="00CC0E8C" w:rsidRDefault="00CC0E8C"/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$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%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****</w:t>
            </w:r>
          </w:p>
        </w:tc>
        <w:tc>
          <w:tcPr>
            <w:tcW w:w="1800" w:type="dxa"/>
          </w:tcPr>
          <w:p w:rsidR="00CC0E8C" w:rsidRDefault="002E3A06">
            <w:r>
              <w:rPr>
                <w:color w:val="000000"/>
                <w:sz w:val="18"/>
              </w:rPr>
              <w:t>___/___</w:t>
            </w:r>
          </w:p>
        </w:tc>
        <w:tc>
          <w:tcPr>
            <w:tcW w:w="1800" w:type="dxa"/>
          </w:tcPr>
          <w:p w:rsidR="00CC0E8C" w:rsidRDefault="00CC0E8C"/>
        </w:tc>
      </w:tr>
    </w:tbl>
    <w:p w:rsidR="00CC0E8C" w:rsidRDefault="00CC0E8C"/>
    <w:p w:rsidR="00CC0E8C" w:rsidRDefault="002E3A06">
      <w:pPr>
        <w:pBdr>
          <w:bottom w:val="single" w:sz="8" w:space="2" w:color="E0E0E0"/>
        </w:pBdr>
        <w:spacing w:after="0"/>
      </w:pPr>
      <w:r>
        <w:rPr>
          <w:b/>
          <w:color w:val="000000"/>
          <w:sz w:val="28"/>
        </w:rPr>
        <w:t>Notes &amp; Reminders</w:t>
      </w:r>
    </w:p>
    <w:p w:rsidR="00CC0E8C" w:rsidRDefault="002E3A06">
      <w:pPr>
        <w:spacing w:after="0"/>
      </w:pPr>
      <w:r>
        <w:rPr>
          <w:color w:val="000000"/>
          <w:sz w:val="20"/>
        </w:rPr>
        <w:t>Financial Goals:</w:t>
      </w:r>
    </w:p>
    <w:p w:rsidR="00CC0E8C" w:rsidRDefault="00CC0E8C">
      <w:pPr>
        <w:spacing w:after="0"/>
      </w:pPr>
    </w:p>
    <w:p w:rsidR="00CC0E8C" w:rsidRDefault="002E3A06">
      <w:pPr>
        <w:spacing w:after="0"/>
      </w:pPr>
      <w:r>
        <w:rPr>
          <w:color w:val="000000"/>
          <w:sz w:val="20"/>
        </w:rPr>
        <w:t>Payment Reminders:</w:t>
      </w:r>
    </w:p>
    <w:p w:rsidR="00CC0E8C" w:rsidRDefault="00CC0E8C">
      <w:pPr>
        <w:spacing w:after="0"/>
      </w:pPr>
    </w:p>
    <w:p w:rsidR="00CC0E8C" w:rsidRDefault="002E3A06">
      <w:pPr>
        <w:spacing w:after="0"/>
      </w:pPr>
      <w:r>
        <w:rPr>
          <w:color w:val="000000"/>
          <w:sz w:val="20"/>
        </w:rPr>
        <w:t>Budget Notes:</w:t>
      </w:r>
    </w:p>
    <w:p w:rsidR="00CC0E8C" w:rsidRDefault="00CC0E8C">
      <w:pPr>
        <w:spacing w:after="0"/>
      </w:pPr>
    </w:p>
    <w:p w:rsidR="00CC0E8C" w:rsidRDefault="002E3A06">
      <w:pPr>
        <w:spacing w:after="0"/>
      </w:pPr>
      <w:r>
        <w:rPr>
          <w:color w:val="000000"/>
          <w:sz w:val="20"/>
        </w:rPr>
        <w:t>Additional Notes:</w:t>
      </w:r>
    </w:p>
    <w:p w:rsidR="00CC0E8C" w:rsidRDefault="00CC0E8C">
      <w:pPr>
        <w:spacing w:after="0"/>
      </w:pPr>
    </w:p>
    <w:p w:rsidR="00CE1CA1" w:rsidRDefault="00CE1CA1">
      <w:pPr>
        <w:pBdr>
          <w:top w:val="single" w:sz="8" w:space="8" w:color="E0E0E0"/>
        </w:pBdr>
        <w:jc w:val="center"/>
        <w:rPr>
          <w:b/>
          <w:color w:val="000000"/>
          <w:sz w:val="16"/>
        </w:rPr>
      </w:pPr>
      <w:r w:rsidRPr="00CE1CA1">
        <w:rPr>
          <w:b/>
          <w:color w:val="000000"/>
          <w:sz w:val="16"/>
        </w:rPr>
        <w:t>DISCLAIMER: For personal tracking only. Not financial advice.</w:t>
      </w:r>
    </w:p>
    <w:p w:rsidR="00CC0E8C" w:rsidRDefault="002E3A06">
      <w:pPr>
        <w:pBdr>
          <w:top w:val="single" w:sz="8" w:space="8" w:color="E0E0E0"/>
        </w:pBdr>
        <w:jc w:val="center"/>
        <w:rPr>
          <w:color w:val="000000"/>
          <w:sz w:val="16"/>
        </w:rPr>
      </w:pPr>
      <w:r>
        <w:rPr>
          <w:b/>
          <w:color w:val="000000"/>
          <w:sz w:val="16"/>
        </w:rPr>
        <w:t>Free Credit Card Tracker by Credit Card Wind</w:t>
      </w:r>
      <w:r>
        <w:br/>
      </w:r>
      <w:r>
        <w:rPr>
          <w:color w:val="000000"/>
          <w:sz w:val="16"/>
        </w:rPr>
        <w:t xml:space="preserve"> © Credit Card Wind. All rights reserved.</w:t>
      </w:r>
    </w:p>
    <w:p w:rsidR="00CE1CA1" w:rsidRDefault="00CE1CA1">
      <w:pPr>
        <w:pBdr>
          <w:top w:val="single" w:sz="8" w:space="8" w:color="E0E0E0"/>
        </w:pBdr>
        <w:jc w:val="center"/>
        <w:rPr>
          <w:color w:val="000000"/>
          <w:sz w:val="16"/>
        </w:rPr>
      </w:pPr>
    </w:p>
    <w:p w:rsidR="00CE1CA1" w:rsidRDefault="00CE1CA1">
      <w:pPr>
        <w:pBdr>
          <w:top w:val="single" w:sz="8" w:space="8" w:color="E0E0E0"/>
        </w:pBdr>
        <w:jc w:val="center"/>
      </w:pPr>
    </w:p>
    <w:sectPr w:rsidR="00CE1CA1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urce Han Sans SC">
    <w:panose1 w:val="00000000000000000000"/>
    <w:charset w:val="00"/>
    <w:family w:val="roman"/>
    <w:notTrueType/>
    <w:pitch w:val="default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E3A06"/>
    <w:rsid w:val="00326F90"/>
    <w:rsid w:val="00AA1D8D"/>
    <w:rsid w:val="00B47730"/>
    <w:rsid w:val="00B80DE6"/>
    <w:rsid w:val="00CB0664"/>
    <w:rsid w:val="00CC0E8C"/>
    <w:rsid w:val="00CE1CA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05F923"/>
  <w14:defaultImageDpi w14:val="300"/>
  <w15:docId w15:val="{9E9DB139-E16C-4B4A-B6FD-9E8242BBD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Arial" w:eastAsia="Arial" w:hAnsi="Arial" w:cs="Arial"/>
      <w:sz w:val="1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19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1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sz w:val="1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1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Source Han Sans SC" w:hAnsi="Source Han Sans SC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  <w:rPr>
      <w:rFonts w:ascii="Source Han Sans SC" w:hAnsi="Source Han Sans SC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CE1C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6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46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035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08B698-BA73-44B8-83FF-F38510D15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Gobindo Das</cp:lastModifiedBy>
  <cp:revision>4</cp:revision>
  <dcterms:created xsi:type="dcterms:W3CDTF">2013-12-23T23:15:00Z</dcterms:created>
  <dcterms:modified xsi:type="dcterms:W3CDTF">2025-12-22T17:21:00Z</dcterms:modified>
  <cp:category/>
</cp:coreProperties>
</file>