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</w:tcPr>
          <w:p>
            <w:r>
              <w:rPr>
                <w:b/>
              </w:rPr>
              <w:t>[ LOGO PLACEHOLDER ]</w:t>
            </w:r>
          </w:p>
        </w:tc>
        <w:tc>
          <w:tcPr>
            <w:tcW w:type="dxa" w:w="5040"/>
          </w:tcPr>
          <w:p>
            <w:pPr>
              <w:jc w:val="right"/>
            </w:pPr>
            <w:r>
              <w:rPr>
                <w:b/>
              </w:rPr>
              <w:t>[SENDER COMPANY NAME]</w:t>
              <w:br/>
            </w:r>
            <w:r>
              <w:t>[SENDER ADDRESS LINE 1]</w:t>
              <w:br/>
            </w:r>
            <w:r>
              <w:t>[SENDER CITY, STATE, ZIP CODE]</w:t>
              <w:br/>
            </w:r>
            <w:r>
              <w:t>Phone: [SENDER PHONE NUMBER]</w:t>
              <w:br/>
            </w:r>
            <w:r>
              <w:t>Email: [SENDER EMAIL ADDRESS]</w:t>
              <w:br/>
            </w:r>
            <w:r>
              <w:t>Website: [SENDER WEBSITE URL]</w:t>
            </w:r>
          </w:p>
        </w:tc>
      </w:tr>
    </w:tbl>
    <w:p>
      <w:r>
        <w:br/>
        <w:t>Date: [NOTICE DATE]</w:t>
      </w:r>
    </w:p>
    <w:p>
      <w:r>
        <w:rPr>
          <w:b/>
        </w:rPr>
        <w:t>[ACCOUNT HOLDER FULL NAME]</w:t>
        <w:br/>
      </w:r>
      <w:r>
        <w:t>[RECIPIENT ADDRESS LINE 1]</w:t>
        <w:br/>
      </w:r>
      <w:r>
        <w:t>[RECIPIENT CITY, STATE, ZIP CODE]</w:t>
      </w:r>
    </w:p>
    <w:p>
      <w:pPr>
        <w:jc w:val="center"/>
      </w:pPr>
      <w:r>
        <w:rPr>
          <w:b/>
          <w:sz w:val="28"/>
        </w:rPr>
        <w:br/>
        <w:t>OVERDUE NOTICE</w:t>
      </w:r>
    </w:p>
    <w:p>
      <w:r>
        <w:rPr>
          <w:b/>
        </w:rPr>
        <w:t>Subject: Credit Card Account [MASKED ACCOUNT NUMBER] — Overdue Balance Notice</w:t>
      </w:r>
    </w:p>
    <w:p>
      <w:r>
        <w:br/>
        <w:t>Dear [ACCOUNT HOLDER FULL NAME],</w:t>
      </w:r>
    </w:p>
    <w:p>
      <w:r>
        <w:t xml:space="preserve">This notice is to inform you that we have not yet received the payment for your Credit Card Account ending in [MASKED ACCOUNT NUMBER]. Our records indicate an outstanding balance of </w:t>
      </w:r>
      <w:r>
        <w:rPr>
          <w:b/>
        </w:rPr>
        <w:t>[OUTSTANDING BALANCE]</w:t>
      </w:r>
      <w:r>
        <w:t xml:space="preserve">, which was originally due on </w:t>
      </w:r>
      <w:r>
        <w:rPr>
          <w:b/>
        </w:rPr>
        <w:t>[ORIGINAL DUE DATE]</w:t>
      </w:r>
      <w:r>
        <w:t xml:space="preserve">. As of today, your account is </w:t>
      </w:r>
      <w:r>
        <w:rPr>
          <w:b/>
        </w:rPr>
        <w:t>[NUMBER OF DAYS PAST DUE] days past due</w:t>
      </w:r>
      <w:r>
        <w:t>.</w:t>
      </w:r>
    </w:p>
    <w:p>
      <w:r>
        <w:t>We request that you make an immediate payment to bring your account up to date. You may complete your payment using the following method:</w:t>
      </w:r>
    </w:p>
    <w:p>
      <w:r>
        <w:t>Payment Method: [PAYMENT METHOD DESCRIPTION]</w:t>
        <w:br/>
      </w:r>
      <w:r>
        <w:t>Online Portal: [PAYMENT WEBSITE OR PORTAL URL]</w:t>
        <w:br/>
      </w:r>
      <w:r>
        <w:t>Payment Phone: [PAYMENT PHONE NUMBER]</w:t>
      </w:r>
    </w:p>
    <w:p>
      <w:r>
        <w:t>Please be advised that continued non-payment may result in late fees or temporary account restrictions in accordance with your cardholder agreement. If you have already sent your payment, please disregard this notice.</w:t>
      </w:r>
    </w:p>
    <w:p>
      <w:r>
        <w:t>If you believe this notice is incorrect or require further assistance, please contact our customer support team:</w:t>
      </w:r>
    </w:p>
    <w:p>
      <w:r>
        <w:t>Phone: [CUSTOMER SUPPORT PHONE NUMBER]</w:t>
        <w:br/>
      </w:r>
      <w:r>
        <w:t>Email: [CUSTOMER SUPPORT EMAIL ADDRESS]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5040"/>
        <w:gridCol w:w="5040"/>
      </w:tblGrid>
      <w:tr>
        <w:tc>
          <w:tcPr>
            <w:tcW w:type="dxa" w:w="5040"/>
          </w:tcPr>
          <w:p>
            <w:r>
              <w:rPr>
                <w:b/>
              </w:rPr>
              <w:t>Amount Due:</w:t>
            </w:r>
          </w:p>
        </w:tc>
        <w:tc>
          <w:tcPr>
            <w:tcW w:type="dxa" w:w="5040"/>
          </w:tcPr>
          <w:p>
            <w:r>
              <w:t>[OUTSTANDING BALANCE]</w:t>
            </w:r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Original Due Date:</w:t>
            </w:r>
          </w:p>
        </w:tc>
        <w:tc>
          <w:tcPr>
            <w:tcW w:type="dxa" w:w="5040"/>
          </w:tcPr>
          <w:p>
            <w:r>
              <w:t>[ORIGINAL DUE DATE]</w:t>
            </w:r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Days Past Due:</w:t>
            </w:r>
          </w:p>
        </w:tc>
        <w:tc>
          <w:tcPr>
            <w:tcW w:type="dxa" w:w="5040"/>
          </w:tcPr>
          <w:p>
            <w:r>
              <w:t>[NUMBER OF DAYS PAST DUE]</w:t>
            </w:r>
          </w:p>
        </w:tc>
      </w:tr>
      <w:tr>
        <w:tc>
          <w:tcPr>
            <w:tcW w:type="dxa" w:w="5040"/>
          </w:tcPr>
          <w:p>
            <w:r>
              <w:rPr>
                <w:b/>
              </w:rPr>
              <w:t>Final Payment Deadline:</w:t>
            </w:r>
          </w:p>
        </w:tc>
        <w:tc>
          <w:tcPr>
            <w:tcW w:type="dxa" w:w="5040"/>
          </w:tcPr>
          <w:p>
            <w:r>
              <w:t>[FINAL PAYMENT DATE]</w:t>
            </w:r>
          </w:p>
        </w:tc>
      </w:tr>
    </w:tbl>
    <w:p>
      <w:r>
        <w:br/>
        <w:t>Sincerely,</w:t>
      </w:r>
    </w:p>
    <w:p>
      <w:r>
        <w:br/>
        <w:br/>
        <w:t>__________________________</w:t>
        <w:br/>
        <w:t>(Signature)</w:t>
      </w:r>
    </w:p>
    <w:p>
      <w:r>
        <w:rPr>
          <w:b/>
        </w:rPr>
        <w:t>[AUTHORIZED REPRESENTATIVE NAME]</w:t>
        <w:br/>
      </w:r>
      <w:r>
        <w:t>[AUTHORIZED REPRESENTATIVE TITLE]</w:t>
        <w:br/>
      </w:r>
      <w:r>
        <w:t>[SENDER COMPANY NAME]</w:t>
      </w:r>
    </w:p>
    <w:sectPr w:rsidR="00FC693F" w:rsidRPr="0006063C" w:rsidSect="00034616">
      <w:footerReference w:type="default" r:id="rId9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>© Credit Card Wind. All rights reserved.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line="276" w:lineRule="auto" w:after="120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