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rPr>
          <w:rFonts w:ascii="Arial" w:hAnsi="Arial"/>
          <w:b/>
          <w:color w:val="000000"/>
          <w:sz w:val="40"/>
        </w:rPr>
        <w:t>Credit Card Billing Cycle Calendar</w:t>
      </w:r>
    </w:p>
    <w:p>
      <w:pPr>
        <w:spacing w:after="240"/>
        <w:jc w:val="center"/>
      </w:pPr>
      <w:r>
        <w:t>Track statement cycles, payment due dates, and auto-pay reminders</w:t>
      </w:r>
    </w:p>
    <w:p>
      <w:r>
        <w:rPr>
          <w:sz w:val="22"/>
        </w:rPr>
        <w:t>Month: ____________________        Year: ____________________</w:t>
      </w:r>
    </w:p>
    <w:p>
      <w:pPr>
        <w:jc w:val="right"/>
      </w:pPr>
      <w:r>
        <w:rPr>
          <w:i/>
          <w:sz w:val="18"/>
        </w:rPr>
        <w:t>🔴 Due Date  🔵 Closing Date  ⭕ Auto-Pay  ☐ Check when Paid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1543"/>
        <w:gridCol w:w="1543"/>
        <w:gridCol w:w="1543"/>
        <w:gridCol w:w="1543"/>
        <w:gridCol w:w="1543"/>
        <w:gridCol w:w="1543"/>
        <w:gridCol w:w="1543"/>
      </w:tblGrid>
      <w:tr>
        <w:tc>
          <w:tcPr>
            <w:tcW w:type="dxa" w:w="1541"/>
          </w:tcPr>
          <w:p>
            <w:pPr>
              <w:jc w:val="center"/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type="dxa" w:w="1541"/>
          </w:tcPr>
          <w:p>
            <w:pPr>
              <w:jc w:val="center"/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type="dxa" w:w="1541"/>
          </w:tcPr>
          <w:p>
            <w:pPr>
              <w:jc w:val="center"/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type="dxa" w:w="1541"/>
          </w:tcPr>
          <w:p>
            <w:pPr>
              <w:jc w:val="center"/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type="dxa" w:w="1541"/>
          </w:tcPr>
          <w:p>
            <w:pPr>
              <w:jc w:val="center"/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type="dxa" w:w="1541"/>
          </w:tcPr>
          <w:p>
            <w:pPr>
              <w:jc w:val="center"/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type="dxa" w:w="1541"/>
          </w:tcPr>
          <w:p>
            <w:pPr>
              <w:jc w:val="center"/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1584"/>
        </w:trPr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</w:tr>
      <w:tr>
        <w:trPr>
          <w:trHeight w:val="1584"/>
        </w:trPr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</w:tr>
      <w:tr>
        <w:trPr>
          <w:trHeight w:val="1584"/>
        </w:trPr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</w:tr>
      <w:tr>
        <w:trPr>
          <w:trHeight w:val="1584"/>
        </w:trPr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</w:tr>
      <w:tr>
        <w:trPr>
          <w:trHeight w:val="1584"/>
        </w:trPr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</w:tr>
      <w:tr>
        <w:trPr>
          <w:trHeight w:val="1584"/>
        </w:trPr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  <w:tc>
          <w:tcPr>
            <w:tcW w:type="dxa" w:w="1543"/>
            <w:vAlign w:val="top"/>
          </w:tcPr>
          <w:p>
            <w:r>
              <w:rPr>
                <w:b/>
                <w:sz w:val="28"/>
              </w:rPr>
              <w:t xml:space="preserve">  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  <w:p>
            <w:pPr>
              <w:spacing w:before="40" w:line="240" w:lineRule="auto"/>
            </w:pPr>
            <w:r>
              <w:rPr>
                <w:sz w:val="16"/>
              </w:rPr>
              <w:t>☐ ___________</w:t>
            </w:r>
          </w:p>
        </w:tc>
      </w:tr>
    </w:tbl>
    <w:p>
      <w:r>
        <w:br w:type="page"/>
      </w:r>
    </w:p>
    <w:p>
      <w:pPr>
        <w:pStyle w:val="Heading1"/>
      </w:pPr>
      <w:r>
        <w:t>Credit Card Billing Cycle Reference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rPr>
                <w:b/>
              </w:rPr>
              <w:t>Card Name</w:t>
            </w:r>
          </w:p>
        </w:tc>
        <w:tc>
          <w:tcPr>
            <w:tcW w:type="dxa" w:w="2160"/>
          </w:tcPr>
          <w:p>
            <w:r>
              <w:rPr>
                <w:b/>
              </w:rPr>
              <w:t>Stmt Close</w:t>
            </w:r>
          </w:p>
        </w:tc>
        <w:tc>
          <w:tcPr>
            <w:tcW w:type="dxa" w:w="2160"/>
          </w:tcPr>
          <w:p>
            <w:r>
              <w:rPr>
                <w:b/>
              </w:rPr>
              <w:t>Due Date</w:t>
            </w:r>
          </w:p>
        </w:tc>
        <w:tc>
          <w:tcPr>
            <w:tcW w:type="dxa" w:w="2160"/>
          </w:tcPr>
          <w:p>
            <w:r>
              <w:rPr>
                <w:b/>
              </w:rPr>
              <w:t>Grace (Days)</w:t>
            </w:r>
          </w:p>
        </w:tc>
        <w:tc>
          <w:tcPr>
            <w:tcW w:type="dxa" w:w="2160"/>
          </w:tcPr>
          <w:p>
            <w:r>
              <w:rPr>
                <w:b/>
              </w:rPr>
              <w:t>Auto-Pay</w:t>
            </w:r>
          </w:p>
        </w:tc>
      </w:tr>
      <w:tr>
        <w:trPr>
          <w:trHeight w:val="432"/>
        </w:trP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>
            <w:pPr>
              <w:jc w:val="center"/>
            </w:pPr>
            <w:r>
              <w:rPr>
                <w:sz w:val="18"/>
              </w:rPr>
              <w:t>☐ Yes  ☐ No</w:t>
            </w:r>
          </w:p>
        </w:tc>
      </w:tr>
      <w:tr>
        <w:trPr>
          <w:trHeight w:val="432"/>
        </w:trP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>
            <w:pPr>
              <w:jc w:val="center"/>
            </w:pPr>
            <w:r>
              <w:rPr>
                <w:sz w:val="18"/>
              </w:rPr>
              <w:t>☐ Yes  ☐ No</w:t>
            </w:r>
          </w:p>
        </w:tc>
      </w:tr>
      <w:tr>
        <w:trPr>
          <w:trHeight w:val="432"/>
        </w:trP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>
            <w:pPr>
              <w:jc w:val="center"/>
            </w:pPr>
            <w:r>
              <w:rPr>
                <w:sz w:val="18"/>
              </w:rPr>
              <w:t>☐ Yes  ☐ No</w:t>
            </w:r>
          </w:p>
        </w:tc>
      </w:tr>
      <w:tr>
        <w:trPr>
          <w:trHeight w:val="432"/>
        </w:trP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>
            <w:pPr>
              <w:jc w:val="center"/>
            </w:pPr>
            <w:r>
              <w:rPr>
                <w:sz w:val="18"/>
              </w:rPr>
              <w:t>☐ Yes  ☐ No</w:t>
            </w:r>
          </w:p>
        </w:tc>
      </w:tr>
      <w:tr>
        <w:trPr>
          <w:trHeight w:val="432"/>
        </w:trP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>
            <w:pPr>
              <w:jc w:val="center"/>
            </w:pPr>
            <w:r>
              <w:rPr>
                <w:sz w:val="18"/>
              </w:rPr>
              <w:t>☐ Yes  ☐ No</w:t>
            </w:r>
          </w:p>
        </w:tc>
      </w:tr>
      <w:tr>
        <w:trPr>
          <w:trHeight w:val="432"/>
        </w:trP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>
            <w:pPr>
              <w:jc w:val="center"/>
            </w:pPr>
            <w:r>
              <w:rPr>
                <w:sz w:val="18"/>
              </w:rPr>
              <w:t>☐ Yes  ☐ No</w:t>
            </w:r>
          </w:p>
        </w:tc>
      </w:tr>
      <w:tr>
        <w:trPr>
          <w:trHeight w:val="432"/>
        </w:trP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>
            <w:pPr>
              <w:jc w:val="center"/>
            </w:pPr>
            <w:r>
              <w:rPr>
                <w:sz w:val="18"/>
              </w:rPr>
              <w:t>☐ Yes  ☐ No</w:t>
            </w:r>
          </w:p>
        </w:tc>
      </w:tr>
      <w:tr>
        <w:trPr>
          <w:trHeight w:val="432"/>
        </w:trP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>
            <w:pPr>
              <w:jc w:val="center"/>
            </w:pPr>
            <w:r>
              <w:rPr>
                <w:sz w:val="18"/>
              </w:rPr>
              <w:t>☐ Yes  ☐ No</w:t>
            </w:r>
          </w:p>
        </w:tc>
      </w:tr>
      <w:tr>
        <w:trPr>
          <w:trHeight w:val="432"/>
        </w:trP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>
            <w:pPr>
              <w:jc w:val="center"/>
            </w:pPr>
            <w:r>
              <w:rPr>
                <w:sz w:val="18"/>
              </w:rPr>
              <w:t>☐ Yes  ☐ No</w:t>
            </w:r>
          </w:p>
        </w:tc>
      </w:tr>
      <w:tr>
        <w:trPr>
          <w:trHeight w:val="432"/>
        </w:trP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>
            <w:pPr>
              <w:jc w:val="center"/>
            </w:pPr>
            <w:r>
              <w:rPr>
                <w:sz w:val="18"/>
              </w:rPr>
              <w:t>☐ Yes  ☐ No</w:t>
            </w:r>
          </w:p>
        </w:tc>
      </w:tr>
      <w:tr>
        <w:trPr>
          <w:trHeight w:val="432"/>
        </w:trP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>
            <w:pPr>
              <w:jc w:val="center"/>
            </w:pPr>
            <w:r>
              <w:rPr>
                <w:sz w:val="18"/>
              </w:rPr>
              <w:t>☐ Yes  ☐ No</w:t>
            </w:r>
          </w:p>
        </w:tc>
      </w:tr>
    </w:tbl>
    <w:p>
      <w:pPr>
        <w:pStyle w:val="Heading1"/>
      </w:pPr>
      <w:r>
        <w:t>Payment Safety Checklist</w:t>
      </w:r>
    </w:p>
    <w:p>
      <w:pPr>
        <w:spacing w:after="80"/>
        <w:ind w:left="288"/>
      </w:pPr>
      <w:r>
        <w:t>☐ Statement reviewed for accuracy</w:t>
      </w:r>
    </w:p>
    <w:p>
      <w:pPr>
        <w:spacing w:after="80"/>
        <w:ind w:left="288"/>
      </w:pPr>
      <w:r>
        <w:t>☐ Minimum payment vs. Statement balance confirmed</w:t>
      </w:r>
    </w:p>
    <w:p>
      <w:pPr>
        <w:spacing w:after="80"/>
        <w:ind w:left="288"/>
      </w:pPr>
      <w:r>
        <w:t>☐ Payment scheduled/initiated</w:t>
      </w:r>
    </w:p>
    <w:p>
      <w:pPr>
        <w:spacing w:after="80"/>
        <w:ind w:left="288"/>
      </w:pPr>
      <w:r>
        <w:t>☐ Confirmation number recorded</w:t>
      </w:r>
    </w:p>
    <w:p>
      <w:pPr>
        <w:spacing w:after="80"/>
        <w:ind w:left="288"/>
      </w:pPr>
      <w:r>
        <w:t>☐ Auto-pay date and amount verified</w:t>
      </w:r>
    </w:p>
    <w:p>
      <w:pPr>
        <w:spacing w:after="80"/>
        <w:ind w:left="288"/>
      </w:pPr>
      <w:r>
        <w:t>☐ Available credit balance checked</w:t>
      </w:r>
    </w:p>
    <w:p>
      <w:pPr>
        <w:pStyle w:val="Heading1"/>
      </w:pPr>
      <w:r>
        <w:t>Issuer &amp; Account Reference</w:t>
      </w:r>
    </w:p>
    <w:p>
      <w:r>
        <w:t>Card Issuer / Bank: _____________________________________</w:t>
      </w:r>
    </w:p>
    <w:p>
      <w:r>
        <w:t>Customer Support Phone: _______________________________</w:t>
      </w:r>
    </w:p>
    <w:p>
      <w:r>
        <w:t>Website / App: _________________________________________</w:t>
      </w:r>
    </w:p>
    <w:p>
      <w:r>
        <w:t>Account Nickname / Last 4: ______________________________</w:t>
      </w:r>
    </w:p>
    <w:p>
      <w:pPr>
        <w:pStyle w:val="Heading1"/>
      </w:pPr>
      <w:r>
        <w:t>Notes &amp; Reminders</w:t>
      </w:r>
    </w:p>
    <w:p>
      <w:pPr>
        <w:spacing w:after="120"/>
      </w:pPr>
      <w:r>
        <w:t>____________________________________________________________________________________</w:t>
      </w:r>
    </w:p>
    <w:p>
      <w:pPr>
        <w:spacing w:after="120"/>
      </w:pPr>
      <w:r>
        <w:t>____________________________________________________________________________________</w:t>
      </w:r>
    </w:p>
    <w:p>
      <w:pPr>
        <w:spacing w:after="120"/>
      </w:pPr>
      <w:r>
        <w:t>____________________________________________________________________________________</w:t>
      </w:r>
    </w:p>
    <w:p>
      <w:pPr>
        <w:spacing w:after="120"/>
      </w:pPr>
      <w:r>
        <w:t>____________________________________________________________________________________</w:t>
      </w:r>
    </w:p>
    <w:p>
      <w:pPr>
        <w:spacing w:after="120"/>
      </w:pPr>
      <w:r>
        <w:t>____________________________________________________________________________________</w:t>
      </w:r>
    </w:p>
    <w:p>
      <w:pPr>
        <w:spacing w:after="120"/>
      </w:pPr>
      <w:r>
        <w:t>____________________________________________________________________________________</w:t>
      </w:r>
    </w:p>
    <w:p>
      <w:pPr>
        <w:spacing w:after="120"/>
      </w:pPr>
      <w:r>
        <w:t>____________________________________________________________________________________</w:t>
      </w:r>
    </w:p>
    <w:p>
      <w:pPr>
        <w:spacing w:after="120"/>
      </w:pPr>
      <w:r>
        <w:t>____________________________________________________________________________________</w:t>
      </w:r>
    </w:p>
    <w:p>
      <w:pPr>
        <w:spacing w:after="120"/>
      </w:pPr>
      <w:r>
        <w:t>____________________________________________________________________________________</w:t>
      </w:r>
    </w:p>
    <w:sectPr w:rsidR="00FC693F" w:rsidRPr="0006063C" w:rsidSect="00034616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right"/>
    </w:pPr>
    <w:r>
      <w:t>Page 1 of 2</w:t>
      <w:tab/>
      <w:tab/>
      <w:t>© Credit Card Wind. All rights reserved.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  <w:rPr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dcterms:created xsi:type="dcterms:W3CDTF">2013-12-23T23:15:00Z</dcterms:created>
  <dcterms:modified xsi:type="dcterms:W3CDTF">2013-12-23T23:15:00Z</dcterms:modified>
  <cp:category/>
</cp:coreProperties>
</file>