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1"/>
        <w:jc w:val="center"/>
      </w:pPr>
      <w:r>
        <w:t>Company Credit Limit Increase Request Letter — Template (A4)</w:t>
      </w:r>
    </w:p>
    <w:p>
      <w:r>
        <w:br/>
        <w:br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</w:tcPr>
          <w:p>
            <w:pPr>
              <w:jc w:val="center"/>
            </w:pPr>
            <w:r>
              <w:t>[YOUR COMPANY LOGO HERE]</w:t>
            </w:r>
          </w:p>
        </w:tc>
      </w:tr>
    </w:tbl>
    <w:p>
      <w:r>
        <w:br/>
        <w:br/>
        <w:br/>
      </w:r>
    </w:p>
    <w:p>
      <w:pPr>
        <w:pStyle w:val="H2"/>
      </w:pPr>
      <w:r>
        <w:t>INSTRUCTIONS FOR USE</w:t>
      </w:r>
    </w:p>
    <w:p>
      <w:pPr>
        <w:pStyle w:val="ListBullet"/>
      </w:pPr>
      <w:r>
        <w:t>1. Complete the Company/Account Details table on Page 2.</w:t>
      </w:r>
    </w:p>
    <w:p>
      <w:pPr>
        <w:pStyle w:val="ListBullet"/>
      </w:pPr>
      <w:r>
        <w:t>2. Fill in the requested limit and reasons for increase.</w:t>
      </w:r>
    </w:p>
    <w:p>
      <w:pPr>
        <w:pStyle w:val="ListBullet"/>
      </w:pPr>
      <w:r>
        <w:t>3. Check relevant boxes for supporting documents attached.</w:t>
      </w:r>
    </w:p>
    <w:p>
      <w:pPr>
        <w:pStyle w:val="ListBullet"/>
      </w:pPr>
      <w:r>
        <w:t>4. Sign and scan the document or use a digital signature.</w:t>
      </w:r>
    </w:p>
    <w:p>
      <w:pPr>
        <w:pStyle w:val="ListBullet"/>
      </w:pPr>
      <w:r>
        <w:t>5. Conversion: To save as PDF, go to File &gt; Save As &gt; PDF or Export &gt; Create PDF/XPS.</w:t>
      </w:r>
    </w:p>
    <w:p>
      <w:pPr>
        <w:pStyle w:val="SmallPrint"/>
      </w:pPr>
      <w:r>
        <w:br/>
        <w:t>Note: Fields highlighted or in brackets are for your input. Use the content controls for structured data entry.</w:t>
      </w:r>
    </w:p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</w:tcPr>
          <w:p>
            <w:r>
              <w:t>[LOGO]</w:t>
            </w:r>
          </w:p>
        </w:tc>
        <w:tc>
          <w:tcPr>
            <w:tcW w:type="dxa" w:w="4819"/>
          </w:tcPr>
          <w:p>
            <w:pPr>
              <w:jc w:val="right"/>
            </w:pPr>
            <w:r/>
            <w:sdt>
              <w:sdtPr>
                <w:tag w:val="date_ctrl"/>
                <w:alias w:val="Date Ctrl"/>
                <w:date w:fullDate="2026-02-03T08:02:29">
                  <w:dateFormat w:val="dd/MM/yyyy"/>
                </w:date>
              </w:sdtPr>
              <w:sdtContent>
                <w:r>
                  <w:t>[Current Date]</w:t>
                </w:r>
              </w:sdtContent>
            </w:sdt>
          </w:p>
        </w:tc>
      </w:tr>
    </w:tbl>
    <w:p>
      <w:pPr/>
      <w:r>
        <w:br/>
        <w:t>To,</w:t>
      </w:r>
    </w:p>
    <w:p>
      <w:pPr/>
      <w:r/>
      <w:sdt>
        <w:sdtPr>
          <w:tag w:val="recipient_name_ctrl"/>
          <w:alias w:val="Recipient Name Ctrl"/>
          <w:text/>
        </w:sdtPr>
        <w:sdtContent>
          <w:r>
            <w:t>[Recipient Name/Department]</w:t>
          </w:r>
        </w:sdtContent>
      </w:sdt>
    </w:p>
    <w:p>
      <w:pPr/>
      <w:r/>
      <w:sdt>
        <w:sdtPr>
          <w:tag w:val="bank_name_ctrl"/>
          <w:alias w:val="Bank Name Ctrl"/>
          <w:text/>
        </w:sdtPr>
        <w:sdtContent>
          <w:r>
            <w:t>[Financial Institution Name]</w:t>
          </w:r>
        </w:sdtContent>
      </w:sdt>
    </w:p>
    <w:p>
      <w:pPr/>
      <w:r/>
      <w:sdt>
        <w:sdtPr>
          <w:tag w:val="bank_address_ctrl"/>
          <w:alias w:val="Bank Address Ctrl"/>
          <w:text/>
        </w:sdtPr>
        <w:sdtContent>
          <w:r>
            <w:t>[Bank Address]</w:t>
          </w:r>
        </w:sdtContent>
      </w:sdt>
    </w:p>
    <w:p>
      <w:pPr>
        <w:pStyle w:val="H2"/>
      </w:pPr>
      <w:r>
        <w:br/>
        <w:t>Subject: Request for Company Credit Limit Increase</w:t>
      </w:r>
    </w:p>
    <w:p>
      <w:pPr/>
      <w:r>
        <w:br/>
        <w:t>Dear Sir/Madam,</w:t>
      </w:r>
    </w:p>
    <w:p>
      <w:pPr/>
      <w:r>
        <w:t>We are writing to formally request an increase in the credit limit for our corporate account. Below are the details regarding our account and the requested adjustment.</w:t>
      </w:r>
    </w:p>
    <w:p>
      <w:pPr>
        <w:pStyle w:val="H2"/>
      </w:pPr>
      <w:r>
        <w:br/>
        <w:t>COMPANY &amp; ACCOUNT DETAILS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</w:tcPr>
          <w:p>
            <w:r>
              <w:rPr>
                <w:b/>
              </w:rPr>
              <w:t>Company Name</w:t>
            </w:r>
          </w:p>
        </w:tc>
        <w:tc>
          <w:tcPr>
            <w:tcW w:type="dxa" w:w="4819"/>
          </w:tcPr>
          <w:p>
            <w:r/>
            <w:sdt>
              <w:sdtPr>
                <w:tag w:val="company_name_ctrl"/>
                <w:alias w:val="Company Name Ctrl"/>
                <w:text/>
              </w:sdtPr>
              <w:sdtContent>
                <w:r>
                  <w:t>[Company Name]</w:t>
                </w:r>
              </w:sdtContent>
            </w:sdt>
          </w:p>
        </w:tc>
      </w:tr>
      <w:tr>
        <w:tc>
          <w:tcPr>
            <w:tcW w:type="dxa" w:w="4819"/>
          </w:tcPr>
          <w:p>
            <w:r>
              <w:rPr>
                <w:b/>
              </w:rPr>
              <w:t>Account Number</w:t>
            </w:r>
          </w:p>
        </w:tc>
        <w:tc>
          <w:tcPr>
            <w:tcW w:type="dxa" w:w="4819"/>
          </w:tcPr>
          <w:p>
            <w:r/>
            <w:sdt>
              <w:sdtPr>
                <w:tag w:val="account_number_ctrl"/>
                <w:alias w:val="Account Number Ctrl"/>
                <w:text/>
              </w:sdtPr>
              <w:sdtContent>
                <w:r>
                  <w:t>[Account Number]</w:t>
                </w:r>
              </w:sdtContent>
            </w:sdt>
          </w:p>
        </w:tc>
      </w:tr>
      <w:tr>
        <w:tc>
          <w:tcPr>
            <w:tcW w:type="dxa" w:w="4819"/>
          </w:tcPr>
          <w:p>
            <w:r>
              <w:rPr>
                <w:b/>
              </w:rPr>
              <w:t>Address Line 1</w:t>
            </w:r>
          </w:p>
        </w:tc>
        <w:tc>
          <w:tcPr>
            <w:tcW w:type="dxa" w:w="4819"/>
          </w:tcPr>
          <w:p>
            <w:r/>
            <w:sdt>
              <w:sdtPr>
                <w:tag w:val="company_addr1"/>
                <w:alias w:val="Company Addr1"/>
                <w:text/>
              </w:sdtPr>
              <w:sdtContent>
                <w:r>
                  <w:t>[Address Line 1]</w:t>
                </w:r>
              </w:sdtContent>
            </w:sdt>
          </w:p>
        </w:tc>
      </w:tr>
      <w:tr>
        <w:tc>
          <w:tcPr>
            <w:tcW w:type="dxa" w:w="4819"/>
          </w:tcPr>
          <w:p>
            <w:r>
              <w:rPr>
                <w:b/>
              </w:rPr>
              <w:t>Address Line 2</w:t>
            </w:r>
          </w:p>
        </w:tc>
        <w:tc>
          <w:tcPr>
            <w:tcW w:type="dxa" w:w="4819"/>
          </w:tcPr>
          <w:p>
            <w:r/>
            <w:sdt>
              <w:sdtPr>
                <w:tag w:val="company_addr2"/>
                <w:alias w:val="Company Addr2"/>
                <w:text/>
              </w:sdtPr>
              <w:sdtContent>
                <w:r>
                  <w:t>[Address Line 2]</w:t>
                </w:r>
              </w:sdtContent>
            </w:sdt>
          </w:p>
        </w:tc>
      </w:tr>
      <w:tr>
        <w:tc>
          <w:tcPr>
            <w:tcW w:type="dxa" w:w="4819"/>
          </w:tcPr>
          <w:p>
            <w:r>
              <w:rPr>
                <w:b/>
              </w:rPr>
              <w:t>Contact Person</w:t>
            </w:r>
          </w:p>
        </w:tc>
        <w:tc>
          <w:tcPr>
            <w:tcW w:type="dxa" w:w="4819"/>
          </w:tcPr>
          <w:p>
            <w:r/>
            <w:sdt>
              <w:sdtPr>
                <w:tag w:val="contact_name_title_ctrl"/>
                <w:alias w:val="Contact Name Title Ctrl"/>
                <w:text/>
              </w:sdtPr>
              <w:sdtContent>
                <w:r>
                  <w:t>[Name &amp; Title]</w:t>
                </w:r>
              </w:sdtContent>
            </w:sdt>
          </w:p>
        </w:tc>
      </w:tr>
      <w:tr>
        <w:tc>
          <w:tcPr>
            <w:tcW w:type="dxa" w:w="4819"/>
          </w:tcPr>
          <w:p>
            <w:r>
              <w:rPr>
                <w:b/>
              </w:rPr>
              <w:t>Contact Number</w:t>
            </w:r>
          </w:p>
        </w:tc>
        <w:tc>
          <w:tcPr>
            <w:tcW w:type="dxa" w:w="4819"/>
          </w:tcPr>
          <w:p>
            <w:r/>
            <w:sdt>
              <w:sdtPr>
                <w:tag w:val="contact_phone_ctrl"/>
                <w:alias w:val="Contact Phone Ctrl"/>
                <w:text/>
              </w:sdtPr>
              <w:sdtContent>
                <w:r>
                  <w:t>+88 01234 567890</w:t>
                </w:r>
              </w:sdtContent>
            </w:sdt>
          </w:p>
        </w:tc>
      </w:tr>
    </w:tbl>
    <w:p>
      <w:pPr>
        <w:pStyle w:val="H2"/>
      </w:pPr>
      <w:r>
        <w:br/>
        <w:t>REQUESTED INCREASE</w:t>
      </w:r>
    </w:p>
    <w:p>
      <w:pPr/>
      <w:r>
        <w:t xml:space="preserve">Current Credit Limit: </w:t>
      </w:r>
      <w:r/>
      <w:sdt>
        <w:sdtPr>
          <w:tag w:val="current_limit_ctrl"/>
          <w:alias w:val="Current Limit Ctrl"/>
          <w:text/>
        </w:sdtPr>
        <w:sdtContent>
          <w:r>
            <w:t>[Current Limit Amount]</w:t>
          </w:r>
        </w:sdtContent>
      </w:sdt>
    </w:p>
    <w:p>
      <w:pPr/>
      <w:r>
        <w:t xml:space="preserve">Requested Credit Limit: </w:t>
      </w:r>
      <w:r/>
      <w:sdt>
        <w:sdtPr>
          <w:tag w:val="requested_limit_ctrl"/>
          <w:alias w:val="Requested Limit Ctrl"/>
          <w:text/>
        </w:sdtPr>
        <w:sdtContent>
          <w:r>
            <w:t>[Requested Limit Amount]</w:t>
          </w:r>
        </w:sdtContent>
      </w:sdt>
    </w:p>
    <w:p>
      <w:pPr>
        <w:pStyle w:val="H2"/>
      </w:pPr>
      <w:r>
        <w:br/>
        <w:t>REASONS FOR REQUEST</w:t>
      </w:r>
    </w:p>
    <w:p>
      <w:pPr/>
      <w:r/>
      <w:sdt>
        <w:sdtPr>
          <w:tag w:val="reasons_ctrl"/>
          <w:alias w:val="Reasons Ctrl"/>
          <w:text/>
        </w:sdtPr>
        <w:sdtContent>
          <w:r>
            <w:t>Describe the reason (e.g., expanded operations, seasonal inventory, etc.)</w:t>
          </w:r>
        </w:sdtContent>
      </w:sdt>
    </w:p>
    <w:p>
      <w:pPr>
        <w:pStyle w:val="SmallPrint"/>
      </w:pPr>
      <w:r>
        <w:t>Attach business expansion plans or sales forecasts if applicable.</w:t>
      </w:r>
    </w:p>
    <w:p>
      <w:pPr>
        <w:pStyle w:val="H2"/>
      </w:pPr>
      <w:r>
        <w:br/>
        <w:t>ATTACHMENTS / SUPPORTING DOCUMENTS</w:t>
      </w:r>
    </w:p>
    <w:p>
      <w:pPr/>
      <w:r/>
      <w:r>
        <w:t xml:space="preserve"> Audited Financial Statements (Last 2 years)</w:t>
      </w:r>
    </w:p>
    <w:p>
      <w:pPr/>
      <w:r/>
      <w:r>
        <w:t xml:space="preserve"> Bank Statements (Last 6 months)</w:t>
      </w:r>
    </w:p>
    <w:p>
      <w:pPr/>
      <w:r/>
      <w:r>
        <w:t xml:space="preserve"> Trade License / Incorporation Docs</w:t>
      </w:r>
    </w:p>
    <w:p>
      <w:pPr/>
      <w:r/>
      <w:r>
        <w:t xml:space="preserve"> Business Tax Returns</w:t>
      </w:r>
    </w:p>
    <w:p>
      <w:pPr/>
      <w:r>
        <w:br/>
        <w:t>Sincerely,</w:t>
      </w:r>
    </w:p>
    <w:p>
      <w:r>
        <w:br/>
        <w:br/>
      </w:r>
    </w:p>
    <w:p>
      <w:pPr/>
      <w:r>
        <w:t>__________________________</w:t>
      </w:r>
    </w:p>
    <w:p>
      <w:pPr/>
      <w:r>
        <w:t>(Authorized Signature)</w:t>
      </w:r>
    </w:p>
    <w:p>
      <w:pPr/>
      <w:r/>
      <w:sdt>
        <w:sdtPr>
          <w:tag w:val="signer_name_ctrl"/>
          <w:alias w:val="Signer Name Ctrl"/>
          <w:text/>
        </w:sdtPr>
        <w:sdtContent>
          <w:r>
            <w:t>[Full Name]</w:t>
          </w:r>
        </w:sdtContent>
      </w:sdt>
    </w:p>
    <w:p>
      <w:pPr/>
      <w:r/>
      <w:sdt>
        <w:sdtPr>
          <w:tag w:val="stamp_ctrl"/>
          <w:alias w:val="Stamp Ctrl"/>
          <w:text/>
        </w:sdtPr>
        <w:sdtContent>
          <w:r>
            <w:t>[Company Stamp Recommendation]</w:t>
          </w:r>
        </w:sdtContent>
      </w:sdt>
    </w:p>
    <w:p>
      <w:r>
        <w:br w:type="page"/>
      </w:r>
    </w:p>
    <w:p>
      <w:pPr>
        <w:pStyle w:val="H1"/>
      </w:pPr>
      <w:r>
        <w:t>SAMPLE POPULATED EXAMPLE</w:t>
      </w:r>
    </w:p>
    <w:p>
      <w:pPr>
        <w:pStyle w:val="SmallPrint"/>
      </w:pPr>
      <w:r>
        <w:t>This page shows how the template appears when filled.</w:t>
      </w:r>
    </w:p>
    <w:p>
      <w:r>
        <w:t>--------------------</w:t>
      </w:r>
    </w:p>
    <w:p>
      <w:pPr/>
      <w:r>
        <w:t>Date: 03/02/2026</w:t>
      </w:r>
    </w:p>
    <w:p>
      <w:pPr/>
      <w:r>
        <w:br/>
        <w:t>To,</w:t>
        <w:br/>
        <w:t>Commercial Banking Dept.</w:t>
        <w:br/>
        <w:t>Global Finance Bank</w:t>
        <w:br/>
        <w:t>123 financial District, London</w:t>
      </w:r>
    </w:p>
    <w:p>
      <w:pPr>
        <w:pStyle w:val="H2"/>
      </w:pPr>
      <w:r>
        <w:br/>
        <w:t>Subject: Request for Company Credit Limit Increase</w:t>
      </w:r>
    </w:p>
    <w:p>
      <w:pPr/>
      <w:r>
        <w:t>Dear Sir/Madam,</w:t>
        <w:br/>
        <w:t>We are writing to formally request an increase in the credit limit for our corporate account...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</w:tcPr>
          <w:p>
            <w:r>
              <w:t>Company Name</w:t>
            </w:r>
          </w:p>
        </w:tc>
        <w:tc>
          <w:tcPr>
            <w:tcW w:type="dxa" w:w="4819"/>
          </w:tcPr>
          <w:p>
            <w:r>
              <w:t>TechStream Solutions Ltd.</w:t>
            </w:r>
          </w:p>
        </w:tc>
      </w:tr>
      <w:tr>
        <w:tc>
          <w:tcPr>
            <w:tcW w:type="dxa" w:w="4819"/>
          </w:tcPr>
          <w:p>
            <w:r>
              <w:t>Account Number</w:t>
            </w:r>
          </w:p>
        </w:tc>
        <w:tc>
          <w:tcPr>
            <w:tcW w:type="dxa" w:w="4819"/>
          </w:tcPr>
          <w:p>
            <w:r>
              <w:t>XXXX-XXXX-8821</w:t>
            </w:r>
          </w:p>
        </w:tc>
      </w:tr>
      <w:tr>
        <w:tc>
          <w:tcPr>
            <w:tcW w:type="dxa" w:w="4819"/>
          </w:tcPr>
          <w:p>
            <w:r>
              <w:t>Requested Limit</w:t>
            </w:r>
          </w:p>
        </w:tc>
        <w:tc>
          <w:tcPr>
            <w:tcW w:type="dxa" w:w="4819"/>
          </w:tcPr>
          <w:p>
            <w:r>
              <w:t>$250,000</w:t>
            </w:r>
          </w:p>
        </w:tc>
      </w:tr>
    </w:tbl>
    <w:p>
      <w:pPr/>
      <w:r>
        <w:br/>
        <w:t>Reasons:</w:t>
        <w:br/>
        <w:t>Expanding our digital infrastructure services requires higher upfront procurement capacity for server hardware.</w:t>
      </w:r>
    </w:p>
    <w:sectPr w:rsidR="00FC693F" w:rsidRPr="0006063C" w:rsidSect="00034616">
      <w:footerReference w:type="default" r:id="rId9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4680" w:val="center"/>
        <w:tab w:pos="9360" w:val="right"/>
      </w:tabs>
      <w:jc w:val="left"/>
    </w:pPr>
    <w:r>
      <w:rPr>
        <w:sz w:val="18"/>
      </w:rPr>
      <w:t>Confidential</w:t>
    </w:r>
    <w:r>
      <w:tab/>
      <w:t>Document ID: CCLIRL-A4-20260203 • Version 1.0</w:t>
      <w:tab/>
      <w:t>© Credit Card Wind. All rights reserved.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Inter" w:hAnsi="Inter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H1">
    <w:name w:val="H1"/>
    <w:rPr>
      <w:rFonts w:ascii="Merriweather" w:hAnsi="Merriweather"/>
      <w:b/>
      <w:color w:val="2E5077"/>
      <w:sz w:val="36"/>
    </w:rPr>
  </w:style>
  <w:style w:type="paragraph" w:customStyle="1" w:styleId="H2">
    <w:name w:val="H2"/>
    <w:rPr>
      <w:rFonts w:ascii="Inter" w:hAnsi="Inter"/>
      <w:b/>
      <w:color w:val="4F6272"/>
      <w:sz w:val="28"/>
    </w:rPr>
  </w:style>
  <w:style w:type="paragraph" w:customStyle="1" w:styleId="SmallPrint">
    <w:name w:val="SmallPrint"/>
    <w:rPr>
      <w:rFonts w:ascii="Inter" w:hAnsi="Inter"/>
      <w:i/>
      <w:color w:val="80808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dcterms:created xsi:type="dcterms:W3CDTF">2013-12-23T23:15:00Z</dcterms:created>
  <dcterms:modified xsi:type="dcterms:W3CDTF">2013-12-23T23:15:00Z</dcterms:modified>
  <cp:category/>
</cp:coreProperties>
</file>